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  <w:bidi/>
      </w:pPr>
      <w:r>
        <w:rPr>
          <w:rFonts w:ascii="Vazir" w:hAnsi="Vazir" w:cs="Vazir"/>
          <w:b/>
          <w:sz w:val="32"/>
        </w:rPr>
        <w:t>قرارداد خدمات پرستاری و مراقبت از سالمند</w:t>
      </w:r>
    </w:p>
    <w:p>
      <w:pPr>
        <w:spacing w:after="240"/>
        <w:jc w:val="center"/>
        <w:bidi/>
      </w:pPr>
      <w:r>
        <w:rPr>
          <w:rFonts w:ascii="Vazir" w:hAnsi="Vazir" w:cs="Vazir"/>
          <w:b w:val="0"/>
          <w:sz w:val="22"/>
        </w:rPr>
        <w:t>شماره قرارداد: .................          تاریخ انعقاد: ....../....../........ ۱۴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۱ – طرفین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طرف اول (کارفرما / خانواده سالمند): آقای/خانم ...................................................... فرزند: ................ به شماره ملی ................................ تلفن: .............................. مقیم: ...........................................................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طرف دوم (مجری خدمات / پرستار سالمند): شرکت/مؤسسه ....................................... یا آقای/خانم ..................................... به شماره ملی .............................. تلفن: .............................. دارای مجوز رسمی (در صورت وجود) شماره .......................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سالمند موضوع مراقبت: آقای/خانم ................................... متولد .............. سن: ........ سال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۲ – موضوع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ارائه خدمات پرستاری و مراقبتی از سالمند طبق ضوابط وزارت بهداشت، درمان و آموزش پزشکی شامل موارد زیر: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بررسی علائم حیاتی (فشار خون، نبض، تب، تنفس، قند خون) و ثبت منظم آن‌ها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کمک در استحمام، بهداشت فردی، تعویض لباس و تغذیه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کمک به دارودرمانی طبق دستور پزشک و پیگیری مصرف به‌موقع داروها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کمک به حرکت، راه رفتن و پیشگیری از افتادن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مراقبت از پوست، جلوگیری از زخم بستر و ماساژ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هماهنگی و همراهی در ویزیت پزشک، آزمایش و خدمات درمانی (با هماهنگی خانواده)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اطلاع‌رسانی فوری وضعیت سلامت سالمند به خانواده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۳ – مدت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مدت این قرارداد ............ ماه از تاریخ ....../....../........ لغایت ....../....../........ است و با توافق کتبی طرفین قابل تمدید می‌باشد.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ساعات ارائه خدمات: از ساعت ......... تا ......... (شیفت روزانه / شبانه‌روزی / مقطعی – ذکر شود).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۴ – مبلغ قرارداد و شرایط پرداخت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مبلغ کل قرارداد: ............................. ریال / مبلغ هر شیفت: ....................... ریال.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نحوه پرداخت: ........................ (نقدی / کارت به کارت / چک) و پرداخت مبلغ ......................... ریال به‌عنوان پیش‌پرداخت.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هزینه رفت‌وآمد، غذا و اقامت پرستار بر عهده ..................................... است.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۵ – تعهدات طرف دوم (پرستار)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ارائه خدمات با دقت، وجدان کاری و رعایت اصول اخلاقی و شرعی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حفظ اسرار و اطلاعات پزشکی و خصوصی سالمند و خانواده (رازداری)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رعایت بهداشت فردی و محیط منزل و استفاده از وسایل حفاظتی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عدم انجام هرگونه عمل خارج از وظایف مندرج در این قرارداد بدون هماهنگی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عدم ترک محل کار بدون هماهنگی و اعلام به‌موقع مرخصی یا غیبت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عدم جلب منفعت مالی از سالمند یا خانواده خارج از مفاد قرارداد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۶ – تعهدات طرف اول (کارفرما)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پرداخت به‌موقع حق‌الزحمه طبق مفاد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فراهم کردن محیط کاری ایمن و امکانات لازم (وسایل مراقبتی، داروها، تجهیزات)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ارائه اطلاعات کامل و صحیح درباره وضعیت جسمی و روانی و بیماری‌های سالمند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احترام به کرامت انسانی پرستار و پرهیز از رفتار توهین‌آمیز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• اعلام به‌موقع هرگونه تغییر در شرایط سالمند یا برنامه زمانی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۷ – شرایط فسخ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۱- هر یک از طرفین می‌تواند با اعلام کتبی ۷ روز قبل، قرارداد را فسخ نماید.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۲- در صورت تخلف از مفاد قرارداد، عدم پرداخت به‌موقع حق‌الزحمه، یا غیبت غیرموجه، طرف مقابل حق فسخ و مطالبه خسارت خواهد داشت.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۳- در صورت بیماری شدید یا فوت سالمند، قرارداد خاتمه می‌یابد و تسویه‌حساب تا آن تاریخ انجام می‌شود.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۸ – مسئولیت‌ها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طرف دوم مسئول صدمات ناشی از قصور در انجام وظایف خود خواهد بود و مسئولیت حوادث ناشی از نقص امکانات، عدم اطلاع‌رسانی خانواده یا شرایط از پیش موجود سالمند، بر عهده طرف اول است.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۹ – حل اختلاف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هرگونه اختلاف ناشی از اجرای قرارداد ابتدا از طریق مذاکره و در صورت عدم توافق از طریق مراجع قضائی یا داوری حل‌وفصل خواهد شد.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۱۰ – نشانی ابلاغ‌ها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طرف اول: ............................................................          طرف دوم: ............................................................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نشانی‌های فوق به‌عنوان نشانی قانونی ابلاغ‌ها محسوب می‌شود و تغییر نشانی باید کتباً اعلام گردد.</w:t>
      </w:r>
    </w:p>
    <w:p>
      <w:pPr>
        <w:spacing w:after="120"/>
        <w:jc w:val="both"/>
        <w:bidi/>
      </w:pPr>
      <w:r>
        <w:rPr>
          <w:rFonts w:ascii="Vazir" w:hAnsi="Vazir" w:cs="Vazir"/>
          <w:b/>
          <w:sz w:val="26"/>
        </w:rPr>
        <w:t>ماده ۱۱ – نسخ قرارداد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  <w:t>این قرارداد در ۱۱ ماده با ارزش یکسان تنظیم و در تاریخ ....../....../........ به امضای طرفین رسید.</w:t>
      </w:r>
    </w:p>
    <w:p>
      <w:pPr>
        <w:spacing w:after="80"/>
        <w:jc w:val="both"/>
        <w:bidi/>
      </w:pPr>
      <w:r>
        <w:rPr>
          <w:rFonts w:ascii="Vazir" w:hAnsi="Vazir" w:cs="Vazir"/>
          <w:b w:val="0"/>
          <w:sz w:val="24"/>
        </w:rPr>
      </w:r>
    </w:p>
    <w:p>
      <w:pPr>
        <w:spacing w:after="120"/>
        <w:jc w:val="center"/>
        <w:bidi/>
      </w:pPr>
      <w:r>
        <w:rPr>
          <w:rFonts w:ascii="Vazir" w:hAnsi="Vazir" w:cs="Vazir"/>
          <w:b/>
          <w:sz w:val="24"/>
        </w:rPr>
        <w:t>امضای طرف اول (کارفرما): .....................          امضای طرف دوم (پرستار): .....................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